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75A" w:rsidRDefault="00492E4D">
      <w:pPr>
        <w:keepNext/>
        <w:spacing w:after="60"/>
        <w:jc w:val="center"/>
      </w:pPr>
      <w:r>
        <w:rPr>
          <w:rFonts w:cs="Times New Roman"/>
          <w:b/>
          <w:sz w:val="28"/>
        </w:rPr>
        <w:t>ОБРАЗАЦ ПРИЈАВЕ</w:t>
      </w:r>
    </w:p>
    <w:p w:rsidR="0058675A" w:rsidRDefault="00492E4D">
      <w:pPr>
        <w:keepNext/>
        <w:spacing w:after="40"/>
        <w:jc w:val="center"/>
      </w:pPr>
      <w:r>
        <w:rPr>
          <w:rFonts w:cs="Times New Roman"/>
          <w:b/>
        </w:rPr>
        <w:t>за доделу средстава за набавку уџбеника и других наставних средстава из уџбеничких комплета</w:t>
      </w:r>
    </w:p>
    <w:p w:rsidR="0058675A" w:rsidRDefault="00492E4D">
      <w:pPr>
        <w:keepNext/>
        <w:spacing w:after="160"/>
        <w:jc w:val="center"/>
      </w:pPr>
      <w:r>
        <w:rPr>
          <w:rFonts w:cs="Times New Roman"/>
          <w:b/>
          <w:sz w:val="22"/>
        </w:rPr>
        <w:t>за ученике од 5. до 8. разреда</w:t>
      </w:r>
      <w:bookmarkStart w:id="0" w:name="_GoBack"/>
      <w:bookmarkEnd w:id="0"/>
      <w:r>
        <w:rPr>
          <w:rFonts w:cs="Times New Roman"/>
          <w:b/>
          <w:sz w:val="22"/>
        </w:rPr>
        <w:t xml:space="preserve"> основних школа на територији општине Мали Зворник за школску 2026/2027. годину</w:t>
      </w:r>
    </w:p>
    <w:p w:rsidR="0058675A" w:rsidRDefault="00492E4D">
      <w:pPr>
        <w:keepNext/>
        <w:spacing w:after="80"/>
        <w:jc w:val="center"/>
      </w:pPr>
      <w:r>
        <w:rPr>
          <w:rFonts w:cs="Times New Roman"/>
          <w:b/>
        </w:rPr>
        <w:t>А. ПОДАЦИ О УЧЕНИКУ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649"/>
        <w:gridCol w:w="4649"/>
      </w:tblGrid>
      <w:tr w:rsidR="0058675A">
        <w:trPr>
          <w:jc w:val="center"/>
        </w:trPr>
        <w:tc>
          <w:tcPr>
            <w:tcW w:w="4649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8675A" w:rsidRDefault="00492E4D">
            <w:pPr>
              <w:spacing w:after="0"/>
            </w:pPr>
            <w:r>
              <w:rPr>
                <w:rFonts w:cs="Times New Roman"/>
                <w:b/>
                <w:sz w:val="21"/>
              </w:rPr>
              <w:t>Име и презиме ученика</w:t>
            </w:r>
          </w:p>
        </w:tc>
        <w:tc>
          <w:tcPr>
            <w:tcW w:w="464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8675A" w:rsidRDefault="0058675A">
            <w:pPr>
              <w:spacing w:after="0"/>
            </w:pPr>
          </w:p>
        </w:tc>
      </w:tr>
      <w:tr w:rsidR="0058675A">
        <w:trPr>
          <w:jc w:val="center"/>
        </w:trPr>
        <w:tc>
          <w:tcPr>
            <w:tcW w:w="4649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8675A" w:rsidRDefault="00492E4D">
            <w:pPr>
              <w:spacing w:after="0"/>
            </w:pPr>
            <w:r>
              <w:rPr>
                <w:rFonts w:cs="Times New Roman"/>
                <w:b/>
                <w:sz w:val="21"/>
              </w:rPr>
              <w:t>Датум рођења</w:t>
            </w:r>
          </w:p>
        </w:tc>
        <w:tc>
          <w:tcPr>
            <w:tcW w:w="464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8675A" w:rsidRDefault="0058675A">
            <w:pPr>
              <w:spacing w:after="0"/>
            </w:pPr>
          </w:p>
        </w:tc>
      </w:tr>
      <w:tr w:rsidR="0058675A">
        <w:trPr>
          <w:jc w:val="center"/>
        </w:trPr>
        <w:tc>
          <w:tcPr>
            <w:tcW w:w="4649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8675A" w:rsidRDefault="00492E4D">
            <w:pPr>
              <w:spacing w:after="0"/>
            </w:pPr>
            <w:r>
              <w:rPr>
                <w:rFonts w:cs="Times New Roman"/>
                <w:b/>
                <w:sz w:val="21"/>
              </w:rPr>
              <w:t>Назив школе</w:t>
            </w:r>
          </w:p>
        </w:tc>
        <w:tc>
          <w:tcPr>
            <w:tcW w:w="464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8675A" w:rsidRDefault="0058675A">
            <w:pPr>
              <w:spacing w:after="0"/>
            </w:pPr>
          </w:p>
        </w:tc>
      </w:tr>
      <w:tr w:rsidR="0058675A">
        <w:trPr>
          <w:jc w:val="center"/>
        </w:trPr>
        <w:tc>
          <w:tcPr>
            <w:tcW w:w="4649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8675A" w:rsidRDefault="00492E4D">
            <w:pPr>
              <w:spacing w:after="0"/>
            </w:pPr>
            <w:r>
              <w:rPr>
                <w:rFonts w:cs="Times New Roman"/>
                <w:b/>
                <w:sz w:val="21"/>
              </w:rPr>
              <w:t>Разред и одељење</w:t>
            </w:r>
          </w:p>
        </w:tc>
        <w:tc>
          <w:tcPr>
            <w:tcW w:w="464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8675A" w:rsidRDefault="0058675A">
            <w:pPr>
              <w:spacing w:after="0"/>
            </w:pPr>
          </w:p>
        </w:tc>
      </w:tr>
    </w:tbl>
    <w:p w:rsidR="0058675A" w:rsidRDefault="0058675A">
      <w:pPr>
        <w:spacing w:after="40"/>
        <w:jc w:val="both"/>
      </w:pPr>
    </w:p>
    <w:p w:rsidR="0058675A" w:rsidRDefault="00492E4D">
      <w:pPr>
        <w:keepNext/>
        <w:spacing w:after="80"/>
        <w:jc w:val="center"/>
      </w:pPr>
      <w:r>
        <w:rPr>
          <w:rFonts w:cs="Times New Roman"/>
          <w:b/>
        </w:rPr>
        <w:t>Б. ПОДАЦИ О ПОДНОСИОЦУ ПРИЈАВЕ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649"/>
        <w:gridCol w:w="4649"/>
      </w:tblGrid>
      <w:tr w:rsidR="0058675A">
        <w:trPr>
          <w:jc w:val="center"/>
        </w:trPr>
        <w:tc>
          <w:tcPr>
            <w:tcW w:w="4649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8675A" w:rsidRDefault="00492E4D">
            <w:pPr>
              <w:spacing w:after="0"/>
            </w:pPr>
            <w:r>
              <w:rPr>
                <w:rFonts w:cs="Times New Roman"/>
                <w:b/>
                <w:sz w:val="21"/>
              </w:rPr>
              <w:t>Име и презиме</w:t>
            </w:r>
          </w:p>
        </w:tc>
        <w:tc>
          <w:tcPr>
            <w:tcW w:w="464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8675A" w:rsidRDefault="0058675A">
            <w:pPr>
              <w:spacing w:after="0"/>
            </w:pPr>
          </w:p>
        </w:tc>
      </w:tr>
      <w:tr w:rsidR="0058675A">
        <w:trPr>
          <w:jc w:val="center"/>
        </w:trPr>
        <w:tc>
          <w:tcPr>
            <w:tcW w:w="4649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8675A" w:rsidRDefault="00492E4D">
            <w:pPr>
              <w:spacing w:after="0"/>
            </w:pPr>
            <w:r>
              <w:rPr>
                <w:rFonts w:cs="Times New Roman"/>
                <w:b/>
                <w:sz w:val="21"/>
              </w:rPr>
              <w:t>Својство</w:t>
            </w:r>
          </w:p>
        </w:tc>
        <w:tc>
          <w:tcPr>
            <w:tcW w:w="464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8675A" w:rsidRDefault="00492E4D">
            <w:pPr>
              <w:spacing w:after="0"/>
            </w:pPr>
            <w:r>
              <w:rPr>
                <w:rFonts w:cs="Times New Roman"/>
                <w:sz w:val="21"/>
              </w:rPr>
              <w:t>☐ родитељ   ☐ старатељ   ☐ други законски заступник</w:t>
            </w:r>
          </w:p>
        </w:tc>
      </w:tr>
      <w:tr w:rsidR="0058675A">
        <w:trPr>
          <w:jc w:val="center"/>
        </w:trPr>
        <w:tc>
          <w:tcPr>
            <w:tcW w:w="4649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8675A" w:rsidRDefault="00492E4D">
            <w:pPr>
              <w:spacing w:after="0"/>
            </w:pPr>
            <w:r>
              <w:rPr>
                <w:rFonts w:cs="Times New Roman"/>
                <w:b/>
                <w:sz w:val="21"/>
              </w:rPr>
              <w:t>Адреса</w:t>
            </w:r>
          </w:p>
        </w:tc>
        <w:tc>
          <w:tcPr>
            <w:tcW w:w="464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8675A" w:rsidRDefault="0058675A">
            <w:pPr>
              <w:spacing w:after="0"/>
            </w:pPr>
          </w:p>
        </w:tc>
      </w:tr>
      <w:tr w:rsidR="0058675A">
        <w:trPr>
          <w:jc w:val="center"/>
        </w:trPr>
        <w:tc>
          <w:tcPr>
            <w:tcW w:w="4649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8675A" w:rsidRDefault="00492E4D">
            <w:pPr>
              <w:spacing w:after="0"/>
            </w:pPr>
            <w:r>
              <w:rPr>
                <w:rFonts w:cs="Times New Roman"/>
                <w:b/>
                <w:sz w:val="21"/>
              </w:rPr>
              <w:t>Број телефона</w:t>
            </w:r>
          </w:p>
        </w:tc>
        <w:tc>
          <w:tcPr>
            <w:tcW w:w="464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8675A" w:rsidRDefault="0058675A">
            <w:pPr>
              <w:spacing w:after="0"/>
            </w:pPr>
          </w:p>
        </w:tc>
      </w:tr>
      <w:tr w:rsidR="0058675A">
        <w:trPr>
          <w:jc w:val="center"/>
        </w:trPr>
        <w:tc>
          <w:tcPr>
            <w:tcW w:w="4649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8675A" w:rsidRDefault="00492E4D">
            <w:pPr>
              <w:spacing w:after="0"/>
            </w:pPr>
            <w:r>
              <w:rPr>
                <w:rFonts w:cs="Times New Roman"/>
                <w:b/>
                <w:sz w:val="21"/>
              </w:rPr>
              <w:t>Назив банке</w:t>
            </w:r>
          </w:p>
        </w:tc>
        <w:tc>
          <w:tcPr>
            <w:tcW w:w="464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8675A" w:rsidRDefault="0058675A">
            <w:pPr>
              <w:spacing w:after="0"/>
            </w:pPr>
          </w:p>
        </w:tc>
      </w:tr>
      <w:tr w:rsidR="0058675A">
        <w:trPr>
          <w:jc w:val="center"/>
        </w:trPr>
        <w:tc>
          <w:tcPr>
            <w:tcW w:w="4649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8675A" w:rsidRDefault="00492E4D">
            <w:pPr>
              <w:spacing w:after="0"/>
            </w:pPr>
            <w:r>
              <w:rPr>
                <w:rFonts w:cs="Times New Roman"/>
                <w:b/>
                <w:sz w:val="21"/>
              </w:rPr>
              <w:t>Број текућег динарског рачуна</w:t>
            </w:r>
          </w:p>
        </w:tc>
        <w:tc>
          <w:tcPr>
            <w:tcW w:w="464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8675A" w:rsidRDefault="0058675A">
            <w:pPr>
              <w:spacing w:after="0"/>
            </w:pPr>
          </w:p>
        </w:tc>
      </w:tr>
    </w:tbl>
    <w:p w:rsidR="0058675A" w:rsidRDefault="0058675A">
      <w:pPr>
        <w:spacing w:after="40"/>
        <w:jc w:val="both"/>
      </w:pPr>
    </w:p>
    <w:p w:rsidR="0058675A" w:rsidRDefault="00492E4D">
      <w:pPr>
        <w:keepNext/>
        <w:spacing w:after="80"/>
        <w:jc w:val="center"/>
      </w:pPr>
      <w:r>
        <w:rPr>
          <w:rFonts w:cs="Times New Roman"/>
          <w:b/>
        </w:rPr>
        <w:t>В. ИЗЈАВА ПОДНОСИОЦА</w:t>
      </w:r>
    </w:p>
    <w:p w:rsidR="0058675A" w:rsidRDefault="00492E4D">
      <w:pPr>
        <w:jc w:val="both"/>
      </w:pPr>
      <w:r>
        <w:rPr>
          <w:rFonts w:cs="Times New Roman"/>
        </w:rPr>
        <w:t>Под пуном материјалном и кривичном одговорношћу изјављујем да су подаци наведени у пријави тачни, да сам власник наведеног текућег динарског рачуна и да ми је познато да се за истог ученика средства могу доделити само једном.</w:t>
      </w:r>
    </w:p>
    <w:p w:rsidR="0058675A" w:rsidRDefault="00492E4D">
      <w:pPr>
        <w:jc w:val="both"/>
      </w:pPr>
      <w:r>
        <w:rPr>
          <w:rFonts w:cs="Times New Roman"/>
        </w:rPr>
        <w:t>Обавештен/а сам да ће школа и Општинска управа општине Мали Зворник податке из пријаве и приложене документације обрађивати искључиво ради провере испуњености услова, доношења решења и исплате средстава, у складу са прописима о заштити података о личности.</w:t>
      </w:r>
    </w:p>
    <w:p w:rsidR="0058675A" w:rsidRDefault="00492E4D">
      <w:pPr>
        <w:spacing w:after="160"/>
        <w:jc w:val="both"/>
      </w:pPr>
      <w:r>
        <w:rPr>
          <w:rFonts w:cs="Times New Roman"/>
        </w:rPr>
        <w:t>Уз пријаву прилажем доказ о текућем динарском рачуну:  ☐ ДА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649"/>
        <w:gridCol w:w="4649"/>
      </w:tblGrid>
      <w:tr w:rsidR="0058675A">
        <w:trPr>
          <w:jc w:val="center"/>
        </w:trPr>
        <w:tc>
          <w:tcPr>
            <w:tcW w:w="464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8675A" w:rsidRDefault="00492E4D">
            <w:pPr>
              <w:spacing w:after="0"/>
            </w:pPr>
            <w:r>
              <w:rPr>
                <w:rFonts w:cs="Times New Roman"/>
                <w:sz w:val="21"/>
              </w:rPr>
              <w:t>У ____________________, __________ 2026. године</w:t>
            </w:r>
          </w:p>
        </w:tc>
        <w:tc>
          <w:tcPr>
            <w:tcW w:w="464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8675A" w:rsidRDefault="00492E4D">
            <w:pPr>
              <w:spacing w:after="0"/>
              <w:jc w:val="center"/>
            </w:pPr>
            <w:r>
              <w:rPr>
                <w:rFonts w:cs="Times New Roman"/>
                <w:b/>
                <w:sz w:val="21"/>
              </w:rPr>
              <w:t>Потпис подносиоца пријаве</w:t>
            </w:r>
          </w:p>
        </w:tc>
      </w:tr>
      <w:tr w:rsidR="0058675A">
        <w:trPr>
          <w:jc w:val="center"/>
        </w:trPr>
        <w:tc>
          <w:tcPr>
            <w:tcW w:w="464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8675A" w:rsidRDefault="0058675A">
            <w:pPr>
              <w:spacing w:after="0"/>
            </w:pPr>
          </w:p>
        </w:tc>
        <w:tc>
          <w:tcPr>
            <w:tcW w:w="464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8675A" w:rsidRDefault="00492E4D">
            <w:pPr>
              <w:spacing w:after="0"/>
              <w:jc w:val="center"/>
            </w:pPr>
            <w:r>
              <w:rPr>
                <w:rFonts w:cs="Times New Roman"/>
                <w:sz w:val="21"/>
              </w:rPr>
              <w:t>____________________________</w:t>
            </w:r>
          </w:p>
        </w:tc>
      </w:tr>
    </w:tbl>
    <w:p w:rsidR="0058675A" w:rsidRDefault="00492E4D">
      <w:pPr>
        <w:keepNext/>
        <w:spacing w:after="80"/>
        <w:jc w:val="center"/>
      </w:pPr>
      <w:r>
        <w:rPr>
          <w:rFonts w:cs="Times New Roman"/>
          <w:b/>
          <w:sz w:val="21"/>
        </w:rPr>
        <w:t>ПОПУЊАВА ШКОЛА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649"/>
        <w:gridCol w:w="4649"/>
      </w:tblGrid>
      <w:tr w:rsidR="0058675A">
        <w:trPr>
          <w:jc w:val="center"/>
        </w:trPr>
        <w:tc>
          <w:tcPr>
            <w:tcW w:w="4649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8675A" w:rsidRDefault="00492E4D">
            <w:pPr>
              <w:spacing w:after="0"/>
            </w:pPr>
            <w:r>
              <w:rPr>
                <w:rFonts w:cs="Times New Roman"/>
                <w:b/>
                <w:sz w:val="20"/>
              </w:rPr>
              <w:t>Датум и евиденциони број пријема</w:t>
            </w:r>
          </w:p>
        </w:tc>
        <w:tc>
          <w:tcPr>
            <w:tcW w:w="464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8675A" w:rsidRDefault="0058675A">
            <w:pPr>
              <w:spacing w:after="0"/>
            </w:pPr>
          </w:p>
        </w:tc>
      </w:tr>
      <w:tr w:rsidR="0058675A">
        <w:trPr>
          <w:jc w:val="center"/>
        </w:trPr>
        <w:tc>
          <w:tcPr>
            <w:tcW w:w="4649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8675A" w:rsidRDefault="00492E4D">
            <w:pPr>
              <w:spacing w:after="0"/>
            </w:pPr>
            <w:r>
              <w:rPr>
                <w:rFonts w:cs="Times New Roman"/>
                <w:b/>
                <w:sz w:val="20"/>
              </w:rPr>
              <w:t>Потврђује се да ученик похађа наведени разред</w:t>
            </w:r>
          </w:p>
        </w:tc>
        <w:tc>
          <w:tcPr>
            <w:tcW w:w="464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8675A" w:rsidRDefault="00492E4D">
            <w:pPr>
              <w:spacing w:after="0"/>
            </w:pPr>
            <w:r>
              <w:rPr>
                <w:rFonts w:cs="Times New Roman"/>
                <w:sz w:val="20"/>
              </w:rPr>
              <w:t>☐ ДА   ☐ НЕ</w:t>
            </w:r>
          </w:p>
        </w:tc>
      </w:tr>
      <w:tr w:rsidR="0058675A">
        <w:trPr>
          <w:jc w:val="center"/>
        </w:trPr>
        <w:tc>
          <w:tcPr>
            <w:tcW w:w="4649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8675A" w:rsidRDefault="00492E4D">
            <w:pPr>
              <w:spacing w:after="0"/>
            </w:pPr>
            <w:r>
              <w:rPr>
                <w:rFonts w:cs="Times New Roman"/>
                <w:b/>
                <w:sz w:val="20"/>
              </w:rPr>
              <w:t>Пријава формално потпуна</w:t>
            </w:r>
          </w:p>
        </w:tc>
        <w:tc>
          <w:tcPr>
            <w:tcW w:w="464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8675A" w:rsidRDefault="00492E4D">
            <w:pPr>
              <w:spacing w:after="0"/>
            </w:pPr>
            <w:r>
              <w:rPr>
                <w:rFonts w:cs="Times New Roman"/>
                <w:sz w:val="20"/>
              </w:rPr>
              <w:t>☐ ДА   ☐ НЕ</w:t>
            </w:r>
          </w:p>
        </w:tc>
      </w:tr>
    </w:tbl>
    <w:p w:rsidR="00492E4D" w:rsidRDefault="00492E4D">
      <w:pPr>
        <w:spacing w:after="0"/>
        <w:jc w:val="center"/>
        <w:rPr>
          <w:rFonts w:cs="Times New Roman"/>
          <w:sz w:val="21"/>
        </w:rPr>
      </w:pPr>
      <w:r>
        <w:rPr>
          <w:rFonts w:cs="Times New Roman"/>
          <w:sz w:val="21"/>
        </w:rPr>
        <w:t xml:space="preserve">М.П.                                         </w:t>
      </w:r>
    </w:p>
    <w:p w:rsidR="00492E4D" w:rsidRDefault="00492E4D">
      <w:pPr>
        <w:spacing w:after="0"/>
        <w:jc w:val="center"/>
        <w:rPr>
          <w:rFonts w:cs="Times New Roman"/>
          <w:sz w:val="21"/>
        </w:rPr>
      </w:pPr>
    </w:p>
    <w:p w:rsidR="00492E4D" w:rsidRDefault="00492E4D">
      <w:pPr>
        <w:spacing w:after="0"/>
        <w:jc w:val="center"/>
        <w:rPr>
          <w:rFonts w:cs="Times New Roman"/>
          <w:sz w:val="21"/>
        </w:rPr>
      </w:pPr>
    </w:p>
    <w:p w:rsidR="00492E4D" w:rsidRDefault="00492E4D">
      <w:pPr>
        <w:spacing w:after="0"/>
        <w:jc w:val="center"/>
        <w:rPr>
          <w:rFonts w:cs="Times New Roman"/>
          <w:sz w:val="21"/>
        </w:rPr>
      </w:pPr>
    </w:p>
    <w:p w:rsidR="00492E4D" w:rsidRDefault="00492E4D">
      <w:pPr>
        <w:spacing w:after="0"/>
        <w:jc w:val="center"/>
        <w:rPr>
          <w:rFonts w:cs="Times New Roman"/>
          <w:sz w:val="21"/>
        </w:rPr>
      </w:pPr>
    </w:p>
    <w:p w:rsidR="0058675A" w:rsidRDefault="00492E4D">
      <w:pPr>
        <w:spacing w:after="0"/>
        <w:jc w:val="center"/>
      </w:pPr>
      <w:r>
        <w:rPr>
          <w:rFonts w:cs="Times New Roman"/>
          <w:sz w:val="21"/>
        </w:rPr>
        <w:t xml:space="preserve">     Овлашћено лице школе: ____________________________</w:t>
      </w:r>
    </w:p>
    <w:sectPr w:rsidR="0058675A" w:rsidSect="00034616">
      <w:pgSz w:w="11906" w:h="16838"/>
      <w:pgMar w:top="1020" w:right="1304" w:bottom="1020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85149"/>
    <w:rsid w:val="00492E4D"/>
    <w:rsid w:val="0058675A"/>
    <w:rsid w:val="00875B93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D615F1"/>
  <w14:defaultImageDpi w14:val="300"/>
  <w15:docId w15:val="{D1564AFB-A4C0-4DEC-842E-0931B5BEA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pPr>
      <w:spacing w:after="100" w:line="240" w:lineRule="auto"/>
    </w:pPr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9EAD83C-685D-4F47-80DF-36769AE58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Marizela Andric</cp:lastModifiedBy>
  <cp:revision>4</cp:revision>
  <dcterms:created xsi:type="dcterms:W3CDTF">2013-12-23T23:15:00Z</dcterms:created>
  <dcterms:modified xsi:type="dcterms:W3CDTF">2026-08-13T05:38:00Z</dcterms:modified>
  <cp:category/>
</cp:coreProperties>
</file>